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b w:val="0"/>
          <w:color w:val="5A5A5A"/>
          <w:sz w:val="18"/>
        </w:rPr>
        <w:t>FOR IMMEDIATE RELEASE</w:t>
      </w:r>
    </w:p>
    <w:p>
      <w:pPr>
        <w:spacing w:after="200"/>
      </w:pPr>
      <w:r>
        <w:rPr>
          <w:b/>
          <w:color w:val="1F1F1F"/>
          <w:sz w:val="32"/>
        </w:rPr>
        <w:t>Two Winds, a hot-air balloon puzzle game for the whole family, is coming soon to iPhone, iPad and Android</w:t>
      </w:r>
    </w:p>
    <w:p>
      <w:pPr>
        <w:spacing w:after="160"/>
      </w:pPr>
      <w:r>
        <w:rPr>
          <w:b w:val="0"/>
          <w:color w:val="5A5A5A"/>
          <w:sz w:val="18"/>
        </w:rPr>
        <w:t>October 9, 2026</w:t>
      </w:r>
    </w:p>
    <w:p>
      <w:pPr>
        <w:spacing w:after="120"/>
      </w:pPr>
      <w:r>
        <w:rPr>
          <w:b w:val="0"/>
          <w:color w:val="1F1F1F"/>
          <w:sz w:val="22"/>
        </w:rPr>
        <w:t>Lianes8 Studio, the one-person studio of Javier Lianes García, today announced Two Winds, a puzzle game for phones and tablets about flying a hot-air balloon on two winds, made for the whole family. It is coming soon to iPhone and iPad through the App Store and to Android through Google Play. There is no release date yet.</w:t>
      </w:r>
    </w:p>
    <w:p>
      <w:pPr>
        <w:spacing w:after="120"/>
      </w:pPr>
      <w:r>
        <w:rPr>
          <w:b w:val="0"/>
          <w:color w:val="1F1F1F"/>
          <w:sz w:val="22"/>
        </w:rPr>
        <w:t>You move a balloon square to square towards its meadow, and the air does the rest. There are two winds: the low wind is warm and flows over the grass, and the high wind is cold and travels with the clouds above it. Both are drawn as streams of air in the world, never as arrows. Step into a current and it carries you along: some currents are shortcuts and some are traps. Climb into the high wind to fly over a forest, then drop back down to catch the low one.</w:t>
      </w:r>
    </w:p>
    <w:p>
      <w:pPr>
        <w:spacing w:after="120"/>
      </w:pPr>
      <w:r>
        <w:rPr>
          <w:b w:val="0"/>
          <w:color w:val="1F1F1F"/>
          <w:sz w:val="22"/>
        </w:rPr>
        <w:t>The sky is alive. White clouds drift on the breeze every time you move and stand in your way, and dark storm clouds chase your balloon move after move, so you outrun them or lure them behind a mountain. Lightning never takes you by surprise: the turn before it strikes, its cloud glows gold. Flocks of birds and eagles share the sky too.</w:t>
      </w:r>
    </w:p>
    <w:p>
      <w:pPr>
        <w:spacing w:after="120"/>
      </w:pPr>
      <w:r>
        <w:rPr>
          <w:b w:val="0"/>
          <w:color w:val="1F1F1F"/>
          <w:sz w:val="22"/>
        </w:rPr>
        <w:t>There are 120 levels in six valleys, from First Flight to Fiesta, and the difficulty rises steadily from the first level to the last. Every few levels a new twist arrives with a short tip and then mixes with the ones before: a second and a third balloon, thermals, weather vanes, kites, flocks of birds, eagles and more. Land in a few turns for three stars; take too many and the sun sets. Undo is always free, so trying an idea costs nothing. A daily flight brings a new level every day.</w:t>
      </w:r>
    </w:p>
    <w:p>
      <w:pPr>
        <w:spacing w:after="120"/>
      </w:pPr>
      <w:r>
        <w:rPr>
          <w:b w:val="0"/>
          <w:color w:val="1F1F1F"/>
          <w:sz w:val="22"/>
        </w:rPr>
        <w:t>On iOS, Two Winds costs 2.99 EUR, paid once, with no ads, no in-app purchases, no accounts and no tracking, and it collects no data. On Android it is free with ads from Google AdMob, shown only between levels and never during play; a one-time Remove ads purchase of 2.99 EUR takes them away for good, and an optional ad can give a hint, only when the player asks for one. It has a large text option, plays offline and comes in 31 languages.</w:t>
      </w:r>
    </w:p>
    <w:p>
      <w:pPr>
        <w:spacing w:after="80"/>
      </w:pPr>
      <w:r>
        <w:rPr>
          <w:b/>
          <w:color w:val="1F1F1F"/>
          <w:sz w:val="26"/>
        </w:rPr>
        <w:t>Key facts</w:t>
      </w:r>
    </w:p>
    <w:p>
      <w:pPr>
        <w:spacing w:after="40"/>
      </w:pPr>
      <w:r>
        <w:rPr>
          <w:b/>
          <w:color w:val="1F1F1F"/>
          <w:sz w:val="22"/>
        </w:rPr>
        <w:t xml:space="preserve">• </w:t>
      </w:r>
      <w:r>
        <w:rPr>
          <w:b w:val="0"/>
          <w:color w:val="1F1F1F"/>
          <w:sz w:val="22"/>
        </w:rPr>
        <w:t>For: the whole family</w:t>
      </w:r>
    </w:p>
    <w:p>
      <w:pPr>
        <w:spacing w:after="40"/>
      </w:pPr>
      <w:r>
        <w:rPr>
          <w:b/>
          <w:color w:val="1F1F1F"/>
          <w:sz w:val="22"/>
        </w:rPr>
        <w:t xml:space="preserve">• </w:t>
      </w:r>
      <w:r>
        <w:rPr>
          <w:b w:val="0"/>
          <w:color w:val="1F1F1F"/>
          <w:sz w:val="22"/>
        </w:rPr>
        <w:t>Platforms: iOS (iPhone and iPad) and Android (phones and tablets)</w:t>
      </w:r>
    </w:p>
    <w:p>
      <w:pPr>
        <w:spacing w:after="40"/>
      </w:pPr>
      <w:r>
        <w:rPr>
          <w:b/>
          <w:color w:val="1F1F1F"/>
          <w:sz w:val="22"/>
        </w:rPr>
        <w:t xml:space="preserve">• </w:t>
      </w:r>
      <w:r>
        <w:rPr>
          <w:b w:val="0"/>
          <w:color w:val="1F1F1F"/>
          <w:sz w:val="22"/>
        </w:rPr>
        <w:t>Release: coming soon to iOS and Android</w:t>
      </w:r>
    </w:p>
    <w:p>
      <w:pPr>
        <w:spacing w:after="40"/>
      </w:pPr>
      <w:r>
        <w:rPr>
          <w:b/>
          <w:color w:val="1F1F1F"/>
          <w:sz w:val="22"/>
        </w:rPr>
        <w:t xml:space="preserve">• </w:t>
      </w:r>
      <w:r>
        <w:rPr>
          <w:b w:val="0"/>
          <w:color w:val="1F1F1F"/>
          <w:sz w:val="22"/>
        </w:rPr>
        <w:t>iOS: 2.99 EUR, paid once, with no ads, no in-app purchases, no accounts and no tracking; no data collected</w:t>
      </w:r>
    </w:p>
    <w:p>
      <w:pPr>
        <w:spacing w:after="40"/>
      </w:pPr>
      <w:r>
        <w:rPr>
          <w:b/>
          <w:color w:val="1F1F1F"/>
          <w:sz w:val="22"/>
        </w:rPr>
        <w:t xml:space="preserve">• </w:t>
      </w:r>
      <w:r>
        <w:rPr>
          <w:b w:val="0"/>
          <w:color w:val="1F1F1F"/>
          <w:sz w:val="22"/>
        </w:rPr>
        <w:t>Android: free with ads shown only between levels, with a one-time "Remove ads" purchase at 2.99 EUR</w:t>
      </w:r>
    </w:p>
    <w:p>
      <w:pPr>
        <w:spacing w:after="40"/>
      </w:pPr>
      <w:r>
        <w:rPr>
          <w:b/>
          <w:color w:val="1F1F1F"/>
          <w:sz w:val="22"/>
        </w:rPr>
        <w:t xml:space="preserve">• </w:t>
      </w:r>
      <w:r>
        <w:rPr>
          <w:b w:val="0"/>
          <w:color w:val="1F1F1F"/>
          <w:sz w:val="22"/>
        </w:rPr>
        <w:t>120 levels in six valleys, with difficulty rising steadily and a new twist every few levels</w:t>
      </w:r>
    </w:p>
    <w:p>
      <w:pPr>
        <w:spacing w:after="40"/>
      </w:pPr>
      <w:r>
        <w:rPr>
          <w:b/>
          <w:color w:val="1F1F1F"/>
          <w:sz w:val="22"/>
        </w:rPr>
        <w:t xml:space="preserve">• </w:t>
      </w:r>
      <w:r>
        <w:rPr>
          <w:b w:val="0"/>
          <w:color w:val="1F1F1F"/>
          <w:sz w:val="22"/>
        </w:rPr>
        <w:t>A daily flight with a new level every day</w:t>
      </w:r>
    </w:p>
    <w:p>
      <w:pPr>
        <w:spacing w:after="40"/>
      </w:pPr>
      <w:r>
        <w:rPr>
          <w:b/>
          <w:color w:val="1F1F1F"/>
          <w:sz w:val="22"/>
        </w:rPr>
        <w:t xml:space="preserve">• </w:t>
      </w:r>
      <w:r>
        <w:rPr>
          <w:b w:val="0"/>
          <w:color w:val="1F1F1F"/>
          <w:sz w:val="22"/>
        </w:rPr>
        <w:t>31 languages, single player, plays offline</w:t>
      </w:r>
    </w:p>
    <w:p>
      <w:pPr>
        <w:spacing w:after="120"/>
      </w:pPr>
      <w:r>
        <w:rPr>
          <w:b w:val="0"/>
          <w:color w:val="1F1F1F"/>
          <w:sz w:val="22"/>
        </w:rPr>
        <w:t>Test builds and interview requests are handled directly by the developer at the press contact below.</w:t>
      </w:r>
    </w:p>
    <w:p>
      <w:pPr>
        <w:spacing w:after="80"/>
      </w:pPr>
      <w:r>
        <w:rPr>
          <w:b/>
          <w:color w:val="1F1F1F"/>
          <w:sz w:val="26"/>
        </w:rPr>
        <w:t>About Lianes8 Studio</w:t>
      </w:r>
    </w:p>
    <w:p>
      <w:pPr>
        <w:spacing w:after="120"/>
      </w:pPr>
      <w:r>
        <w:rPr>
          <w:b w:val="0"/>
          <w:color w:val="1F1F1F"/>
          <w:sz w:val="22"/>
        </w:rPr>
        <w:t>Lianes8 Studio is the one-person game studio of Javier Lianes García, based in Spain. Two Winds joins Tied to the Beat, Pidgeon Pocket, Maneki Mania and Pigeons Away in the studio's catalogue.</w:t>
      </w:r>
    </w:p>
    <w:p>
      <w:pPr>
        <w:spacing w:after="80"/>
      </w:pPr>
      <w:r>
        <w:rPr>
          <w:b/>
          <w:color w:val="1F1F1F"/>
          <w:sz w:val="26"/>
        </w:rPr>
        <w:t>Links</w:t>
      </w:r>
    </w:p>
    <w:p>
      <w:pPr>
        <w:spacing w:after="40"/>
      </w:pPr>
      <w:r>
        <w:rPr>
          <w:b/>
          <w:color w:val="1F1F1F"/>
          <w:sz w:val="22"/>
        </w:rPr>
        <w:t xml:space="preserve">Website: </w:t>
      </w:r>
      <w:r>
        <w:rPr>
          <w:b w:val="0"/>
          <w:color w:val="1F1F1F"/>
          <w:sz w:val="22"/>
        </w:rPr>
        <w:t>https://lianes8studio.com/two-winds</w:t>
      </w:r>
    </w:p>
    <w:p>
      <w:pPr>
        <w:spacing w:after="40"/>
      </w:pPr>
      <w:r>
        <w:rPr>
          <w:b/>
          <w:color w:val="1F1F1F"/>
          <w:sz w:val="22"/>
        </w:rPr>
        <w:t xml:space="preserve">Press contact: </w:t>
      </w:r>
      <w:r>
        <w:rPr>
          <w:b w:val="0"/>
          <w:color w:val="1F1F1F"/>
          <w:sz w:val="22"/>
        </w:rPr>
        <w:t>javier@lianes8studio.com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Lianes8 Studio</dc:creator>
  <cp:keywords/>
  <dc:description/>
  <cp:lastModifiedBy>Lianes8 Studio</cp:lastModifiedBy>
  <cp:revision>1</cp:revision>
  <dcterms:created xsi:type="dcterms:W3CDTF">2026-10-10T17:20:38Z</dcterms:created>
  <dcterms:modified xsi:type="dcterms:W3CDTF">2026-10-10T17:20:38Z</dcterms:modified>
  <cp:category/>
</cp:coreProperties>
</file>