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 w:val="0"/>
          <w:color w:val="5A5A5A"/>
          <w:sz w:val="18"/>
        </w:rPr>
        <w:t>PARA PUBLICACIÓN INMEDIATA</w:t>
      </w:r>
    </w:p>
    <w:p>
      <w:pPr>
        <w:spacing w:after="200"/>
      </w:pPr>
      <w:r>
        <w:rPr>
          <w:b/>
          <w:color w:val="1F1F1F"/>
          <w:sz w:val="32"/>
        </w:rPr>
        <w:t>Two Winds, un juego de puzles en globo aerostático para toda la familia, llegará pronto a iPhone, iPad y Android</w:t>
      </w:r>
    </w:p>
    <w:p>
      <w:pPr>
        <w:spacing w:after="160"/>
      </w:pPr>
      <w:r>
        <w:rPr>
          <w:b w:val="0"/>
          <w:color w:val="5A5A5A"/>
          <w:sz w:val="18"/>
        </w:rPr>
        <w:t>9 de octubre de 2026</w:t>
      </w:r>
    </w:p>
    <w:p>
      <w:pPr>
        <w:spacing w:after="120"/>
      </w:pPr>
      <w:r>
        <w:rPr>
          <w:b w:val="0"/>
          <w:color w:val="1F1F1F"/>
          <w:sz w:val="22"/>
        </w:rPr>
        <w:t>Lianes8 Studio, el estudio unipersonal de Javier Lianes García, ha anunciado hoy Two Winds, un juego de puzles para móviles y tablets sobre volar en globo aerostático con dos vientos, pensado para toda la familia. Llegará pronto a iPhone y iPad a través de la App Store y a Android a través de Google Play. Todavía no tiene fecha de salida.</w:t>
      </w:r>
    </w:p>
    <w:p>
      <w:pPr>
        <w:spacing w:after="120"/>
      </w:pPr>
      <w:r>
        <w:rPr>
          <w:b w:val="0"/>
          <w:color w:val="1F1F1F"/>
          <w:sz w:val="22"/>
        </w:rPr>
        <w:t>Mueves un globo de casilla en casilla hacia su prado, y el aire hace el resto. Hay dos vientos: el viento bajo es cálido y corre sobre la hierba, y el viento alto es frío y viaja con las nubes, por encima. Los dos se dibujan como corrientes de aire en el mundo, nunca como flechas. Si entras en una corriente, te lleva con ella: algunas corrientes son atajos y otras son trampas. Sube al viento alto para pasar por encima de un bosque y luego baja para atrapar el bajo.</w:t>
      </w:r>
    </w:p>
    <w:p>
      <w:pPr>
        <w:spacing w:after="120"/>
      </w:pPr>
      <w:r>
        <w:rPr>
          <w:b w:val="0"/>
          <w:color w:val="1F1F1F"/>
          <w:sz w:val="22"/>
        </w:rPr>
        <w:t>El cielo está vivo. Las nubes blancas se mueven con la brisa cada vez que tú te mueves y te cierran el paso, y las nubes de tormenta persiguen a tu globo jugada tras jugada, así que las dejas atrás o las atraes detrás de una montaña. El rayo nunca te pilla por sorpresa: el turno antes de caer, su nube brilla en dorado. Las bandadas de pájaros y las águilas también comparten el cielo.</w:t>
      </w:r>
    </w:p>
    <w:p>
      <w:pPr>
        <w:spacing w:after="120"/>
      </w:pPr>
      <w:r>
        <w:rPr>
          <w:b w:val="0"/>
          <w:color w:val="1F1F1F"/>
          <w:sz w:val="22"/>
        </w:rPr>
        <w:t>Hay 120 niveles en seis valles, de Primer vuelo a Fiesta, y la dificultad sube poco a poco del primer nivel al último. Cada pocos niveles llega una novedad con un consejo breve y luego se mezcla con las anteriores: un segundo y un tercer globo, térmicas, veletas, cometas, bandadas de pájaros, águilas y más. Aterriza en pocos turnos para ganar tres estrellas; si tardas demasiado, se pone el sol. Deshacer siempre es gratis, así que probar una idea no cuesta nada. El Vuelo diario trae un nivel nuevo cada día.</w:t>
      </w:r>
    </w:p>
    <w:p>
      <w:pPr>
        <w:spacing w:after="120"/>
      </w:pPr>
      <w:r>
        <w:rPr>
          <w:b w:val="0"/>
          <w:color w:val="1F1F1F"/>
          <w:sz w:val="22"/>
        </w:rPr>
        <w:t>En iOS, Two Winds cuesta 2,99 EUR y se paga una sola vez, sin anuncios, sin compras dentro de la app, sin cuentas y sin rastreo, y no recopila ningún dato. En Android es gratis con anuncios de Google AdMob, que solo aparecen entre niveles y nunca durante la partida; una única compra de 2,99 EUR, Quitar anuncios, los elimina para siempre, y un anuncio opcional puede dar una pista, solo cuando el jugador la pide. Tiene opción de texto grande, se juega sin conexión y está disponible en 31 idiomas.</w:t>
      </w:r>
    </w:p>
    <w:p>
      <w:pPr>
        <w:spacing w:after="80"/>
      </w:pPr>
      <w:r>
        <w:rPr>
          <w:b/>
          <w:color w:val="1F1F1F"/>
          <w:sz w:val="26"/>
        </w:rPr>
        <w:t>Datos clave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Para: toda la familia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Plataformas: iOS (iPhone y iPad) y Android (móviles y tablets)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Lanzamiento: próximamente en iOS y Android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iOS: 2,99 EUR, pago único, sin anuncios, sin compras dentro de la app, sin cuentas y sin rastreo; no recopila datos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Android: gratis con anuncios que solo aparecen entre niveles, con la compra única «Quitar anuncios» por 2,99 EUR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120 niveles en seis valles, con una dificultad que sube poco a poco y una novedad cada pocos niveles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Un Vuelo diario con un nivel nuevo cada día</w:t>
      </w:r>
    </w:p>
    <w:p>
      <w:pPr>
        <w:spacing w:after="40"/>
      </w:pPr>
      <w:r>
        <w:rPr>
          <w:b/>
          <w:color w:val="1F1F1F"/>
          <w:sz w:val="22"/>
        </w:rPr>
        <w:t xml:space="preserve">• </w:t>
      </w:r>
      <w:r>
        <w:rPr>
          <w:b w:val="0"/>
          <w:color w:val="1F1F1F"/>
          <w:sz w:val="22"/>
        </w:rPr>
        <w:t>31 idiomas, un jugador, se juega sin conexión</w:t>
      </w:r>
    </w:p>
    <w:p>
      <w:pPr>
        <w:spacing w:after="120"/>
      </w:pPr>
      <w:r>
        <w:rPr>
          <w:b w:val="0"/>
          <w:color w:val="1F1F1F"/>
          <w:sz w:val="22"/>
        </w:rPr>
        <w:t>Las builds de prueba y las peticiones de entrevista las atiende directamente el desarrollador en el contacto de prensa de abajo.</w:t>
      </w:r>
    </w:p>
    <w:p>
      <w:pPr>
        <w:spacing w:after="80"/>
      </w:pPr>
      <w:r>
        <w:rPr>
          <w:b/>
          <w:color w:val="1F1F1F"/>
          <w:sz w:val="26"/>
        </w:rPr>
        <w:t>Sobre Lianes8 Studio</w:t>
      </w:r>
    </w:p>
    <w:p>
      <w:pPr>
        <w:spacing w:after="120"/>
      </w:pPr>
      <w:r>
        <w:rPr>
          <w:b w:val="0"/>
          <w:color w:val="1F1F1F"/>
          <w:sz w:val="22"/>
        </w:rPr>
        <w:t>Lianes8 Studio es el estudio de videojuegos unipersonal de Javier Lianes García, con sede en España. Two Winds se suma a Tied to the Beat, Pidgeon Pocket, Maneki Mania y Palomas Fuera (Pigeons Away) en el catálogo del estudio.</w:t>
      </w:r>
    </w:p>
    <w:p>
      <w:pPr>
        <w:spacing w:after="80"/>
      </w:pPr>
      <w:r>
        <w:rPr>
          <w:b/>
          <w:color w:val="1F1F1F"/>
          <w:sz w:val="26"/>
        </w:rPr>
        <w:t>Enlaces</w:t>
      </w:r>
    </w:p>
    <w:p>
      <w:pPr>
        <w:spacing w:after="40"/>
      </w:pPr>
      <w:r>
        <w:rPr>
          <w:b/>
          <w:color w:val="1F1F1F"/>
          <w:sz w:val="22"/>
        </w:rPr>
        <w:t xml:space="preserve">Web: </w:t>
      </w:r>
      <w:r>
        <w:rPr>
          <w:b w:val="0"/>
          <w:color w:val="1F1F1F"/>
          <w:sz w:val="22"/>
        </w:rPr>
        <w:t>https://lianes8studio.com/two-winds</w:t>
      </w:r>
    </w:p>
    <w:p>
      <w:pPr>
        <w:spacing w:after="40"/>
      </w:pPr>
      <w:r>
        <w:rPr>
          <w:b/>
          <w:color w:val="1F1F1F"/>
          <w:sz w:val="22"/>
        </w:rPr>
        <w:t xml:space="preserve">Contacto de prensa: </w:t>
      </w:r>
      <w:r>
        <w:rPr>
          <w:b w:val="0"/>
          <w:color w:val="1F1F1F"/>
          <w:sz w:val="22"/>
        </w:rPr>
        <w:t>javier@lianes8studio.com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Lianes8 Studio</dc:creator>
  <cp:keywords/>
  <dc:description/>
  <cp:lastModifiedBy>Lianes8 Studio</cp:lastModifiedBy>
  <cp:revision>1</cp:revision>
  <dcterms:created xsi:type="dcterms:W3CDTF">2026-10-10T17:20:39Z</dcterms:created>
  <dcterms:modified xsi:type="dcterms:W3CDTF">2026-10-10T17:20:39Z</dcterms:modified>
  <cp:category/>
</cp:coreProperties>
</file>